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2="http://schemas.microsoft.com/office/word/2010/wordml" xmlns:ns3="http://schemas.openxmlformats.org/officeDocument/2006/relationships" xmlns:w="http://schemas.openxmlformats.org/wordprocessingml/2006/main" ns1:Ignorable="w14 w15 w16se w16cid w16 w16cex w16sdtdh w16sdtfl w16du wp14">
  <w:body>
    <w:p ns2:paraId="668AB75F" ns2:textId="77777777" w:rsidR="00FE7D2F" w:rsidRPr="00F547A3" w:rsidRDefault="00000000">
      <w:pPr>
        <w:pStyle w:val="Title"/>
        <w:rPr>
          <w:lang w:val="ru-RU"/>
        </w:rPr>
      </w:pPr>
      <w:r w:rsidRPr="00F547A3">
        <w:rPr>
          <w:color w:val="000000"/>
          <w:u w:val="none"/>
          <w:lang w:val="ru-RU"/>
        </w:rPr>
        <w:t>Согласие на обработку персональных данных</w:t>
      </w:r>
    </w:p>
    <w:p ns2:paraId="72A9B41D" ns2:textId="77777777" w:rsidR="00FE7D2F" w:rsidRPr="00F547A3" w:rsidRDefault="00000000">
      <w:pPr>
        <w:rPr>
          <w:lang w:val="ru-RU"/>
        </w:rPr>
      </w:pPr>
      <w:r w:rsidRPr="00F547A3">
        <w:rPr>
          <w:color w:val="5F5F5F"/>
          <w:lang w:val="ru-RU"/>
        </w:rPr>
        <w:t xml:space="preserve">Отдельное согласие пользователя </w:t>
      </w:r>
      <w:proofErr w:type="spellStart"/>
      <w:r>
        <w:rPr>
          <w:color w:val="5F5F5F"/>
        </w:rPr>
        <w:t>HiringScore</w:t>
      </w:r>
      <w:proofErr w:type="spellEnd"/>
      <w:r w:rsidRPr="00F547A3">
        <w:rPr>
          <w:color w:val="5F5F5F"/>
          <w:lang w:val="ru-RU"/>
        </w:rPr>
        <w:t>.</w:t>
      </w:r>
      <w:r>
        <w:rPr>
          <w:color w:val="5F5F5F"/>
        </w:rPr>
        <w:t>ai</w:t>
      </w:r>
    </w:p>
    <w:p ns2:paraId="736FBF5B" ns2:textId="0FB4C26D" w:rsidR="00FE7D2F" w:rsidRPr="00F547A3" w:rsidRDefault="00000000">
      <w:pPr>
        <w:pStyle w:val="Small"/>
        <w:rPr>
          <w:lang w:val="ru-RU"/>
        </w:rPr>
      </w:pPr>
      <w:r w:rsidRPr="00F547A3">
        <w:rPr>
          <w:lang w:val="ru-RU"/>
        </w:rPr>
        <w:t xml:space="preserve">19.09.2026 | </w:t>
      </w:r>
      <w:r>
        <w:t>https</w:t>
      </w:r>
      <w:r w:rsidRPr="00F547A3">
        <w:rPr>
          <w:lang w:val="ru-RU"/>
        </w:rPr>
        <w:t>://</w:t>
      </w:r>
      <w:proofErr w:type="spellStart"/>
      <w:r>
        <w:t>hiringscore</w:t>
      </w:r>
      <w:proofErr w:type="spellEnd"/>
      <w:r w:rsidRPr="00F547A3">
        <w:rPr>
          <w:lang w:val="ru-RU"/>
        </w:rPr>
        <w:t>.</w:t>
      </w:r>
      <w:r>
        <w:t>ai</w:t>
      </w:r>
    </w:p>
    <w:p ns2:paraId="210D0BF5" ns2:textId="0DF75ECE" w:rsidR="00FE7D2F" w:rsidRPr="00F547A3" w:rsidRDefault="00000000">
      <w:pPr>
        <w:rPr>
          <w:lang w:val="ru-RU"/>
        </w:rPr>
      </w:pPr>
      <w:r w:rsidRPr="00F547A3">
        <w:rPr>
          <w:lang w:val="ru-RU"/>
        </w:rPr>
        <w:t>Я свободно, своей волей и в своем интересе предоставляю Администрации сервиса HiringScore.ai согласие на обработку моих персональных данных при использовании https://hiringscore.ai. Единый адрес для обращений: corp@hiringscore.ai.</w:t>
      </w:r>
      <w:proofErr w:type="spellStart"/>
      <w:r/>
      <w:proofErr w:type="spellEnd"/>
      <w:r w:rsidRPr="00F547A3">
        <w:rPr>
          <w:lang w:val="ru-RU"/>
        </w:rPr>
      </w:r>
      <w:r/>
      <w:r w:rsidRPr="00F547A3">
        <w:rPr>
          <w:lang w:val="ru-RU"/>
        </w:rPr>
      </w:r>
      <w:r w:rsidR="00F547A3"/>
      <w:r w:rsidR="00F547A3"/>
      <w:r w:rsidR="00F547A3" w:rsidRPr="00F547A3">
        <w:rPr>
          <w:lang w:val="ru-RU"/>
        </w:rPr>
      </w:r>
      <w:r w:rsidR="00F547A3"/>
      <w:r w:rsidR="00F547A3" w:rsidRPr="00F547A3">
        <w:rPr>
          <w:lang w:val="ru-RU"/>
        </w:rPr>
      </w:r>
      <w:r w:rsidR="00F547A3"/>
      <w:r w:rsidR="00F547A3" w:rsidRPr="00F547A3">
        <w:rPr>
          <w:lang w:val="ru-RU"/>
        </w:rPr>
      </w:r>
      <w:r w:rsidR="00F547A3"/>
      <w:r w:rsidR="00F547A3" w:rsidRPr="00F547A3">
        <w:rPr>
          <w:lang w:val="ru-RU"/>
        </w:rPr>
      </w:r>
      <w:r w:rsidR="00F547A3"/>
      <w:r w:rsidR="00F547A3" w:rsidRPr="0051630C">
        <w:rPr>
          <w:rStyle w:val="Hyperlink"/>
        </w:rPr>
      </w:r>
      <w:r w:rsidR="00F547A3" w:rsidRPr="0051630C">
        <w:rPr>
          <w:rStyle w:val="Hyperlink"/>
          <w:lang w:val="ru-RU"/>
        </w:rPr>
      </w:r>
      <w:r w:rsidR="00F547A3" w:rsidRPr="0051630C">
        <w:rPr>
          <w:rStyle w:val="Hyperlink"/>
        </w:rPr>
      </w:r>
      <w:r w:rsidR="00F547A3" w:rsidRPr="0051630C">
        <w:rPr>
          <w:rStyle w:val="Hyperlink"/>
          <w:lang w:val="ru-RU"/>
        </w:rPr>
      </w:r>
      <w:r w:rsidR="00F547A3" w:rsidRPr="0051630C">
        <w:rPr>
          <w:rStyle w:val="Hyperlink"/>
        </w:rPr>
      </w:r>
      <w:r w:rsidR="00F547A3"/>
      <w:r w:rsidR="00F547A3">
        <w:rPr>
          <w:lang w:val="ru-RU"/>
        </w:rPr>
      </w:r>
      <w:r w:rsidRPr="00F547A3">
        <w:rPr>
          <w:lang w:val="ru-RU"/>
        </w:rPr>
      </w:r>
      <w:r/>
      <w:r w:rsidRPr="00F547A3">
        <w:rPr>
          <w:lang w:val="ru-RU"/>
        </w:rPr>
      </w:r>
      <w:r/>
      <w:r w:rsidRPr="00F547A3">
        <w:rPr>
          <w:lang w:val="ru-RU"/>
        </w:rPr>
      </w:r>
      <w:r/>
    </w:p>
    <w:p ns2:paraId="0C908043" ns2:textId="77777777" w:rsidR="00FE7D2F" w:rsidRDefault="00000000">
      <w:pPr>
        <w:pStyle w:val="Heading1"/>
      </w:pPr>
      <w:r>
        <w:t>1. Цели</w:t>
      </w:r>
    </w:p>
    <w:p ns2:paraId="1E953E0B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>
        <w:t xml:space="preserve">  - регистрация, подтверждение адреса электронной почты и доступ к Сервису;</w:t>
      </w:r>
    </w:p>
    <w:p ns2:paraId="5E79EC35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создание и ведение профиля пользователя/кандидата/HR;</w:t>
      </w:r>
      <w:r/>
      <w:r w:rsidRPr="00F547A3">
        <w:rPr>
          <w:lang w:val="ru-RU"/>
        </w:rPr>
      </w:r>
    </w:p>
    <w:p ns2:paraId="0667A0A6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>
        <w:t xml:space="preserve">  - загрузка, хранение и обработка резюме;</w:t>
      </w:r>
    </w:p>
    <w:p ns2:paraId="508AA94A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прохождение тестов и формирование результатов/отчетов;</w:t>
      </w:r>
    </w:p>
    <w:p ns2:paraId="728D636E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создание вакансий, приглашений и аналитики Job Fit в применимых B2B-сценариях;</w:t>
      </w:r>
      <w:r/>
      <w:r w:rsidRPr="00F547A3">
        <w:rPr>
          <w:lang w:val="ru-RU"/>
        </w:rPr>
      </w:r>
      <w:r/>
      <w:r w:rsidRPr="00F547A3">
        <w:rPr>
          <w:lang w:val="ru-RU"/>
        </w:rPr>
      </w:r>
      <w:r/>
      <w:r w:rsidRPr="00F547A3">
        <w:rPr>
          <w:lang w:val="ru-RU"/>
        </w:rPr>
      </w:r>
      <w:r/>
      <w:r w:rsidRPr="00F547A3">
        <w:rPr>
          <w:lang w:val="ru-RU"/>
        </w:rPr>
      </w:r>
    </w:p>
    <w:p ns2:paraId="352C7437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предоставление результатов конкретной организации, если она указана в интерфейсе приглашения и мне показан объем раскрываемых данных;</w:t>
      </w:r>
    </w:p>
    <w:p ns2:paraId="05732233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>
        <w:t xml:space="preserve">  - поддержка, обеспечение безопасности, аудит и выполнение моих запросов;</w:t>
      </w:r>
      <w:r w:rsidRPr="00F547A3">
        <w:rPr>
          <w:lang w:val="ru-RU"/>
        </w:rPr>
      </w:r>
      <w:r/>
      <w:r w:rsidRPr="00F547A3">
        <w:rPr>
          <w:lang w:val="ru-RU"/>
        </w:rPr>
      </w:r>
      <w:r/>
      <w:r w:rsidRPr="00F547A3">
        <w:rPr>
          <w:lang w:val="ru-RU"/>
        </w:rPr>
      </w:r>
    </w:p>
    <w:p ns2:paraId="2CF3A531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фиксация факта предоставления согласий и принятия документов.</w:t>
      </w:r>
    </w:p>
    <w:p ns2:paraId="1A151827" ns2:textId="77777777" w:rsidR="00FE7D2F" w:rsidRDefault="00000000">
      <w:pPr>
        <w:pStyle w:val="Heading1"/>
      </w:pPr>
      <w:r>
        <w:t>2. Перечень данных</w:t>
      </w:r>
    </w:p>
    <w:p ns2:paraId="364C515B" ns2:textId="77777777" w:rsidR="00FE7D2F" w:rsidRDefault="00000000">
      <w:pPr>
        <w:pStyle w:val="ListBullet"/>
        <w:numPr>
          <w:numId w:val="0"/>
        </w:numPr>
        <w:ind w:left="360" w:hanging="180"/>
      </w:pPr>
      <w:r>
        <w:t xml:space="preserve">  - имя, фамилия;</w:t>
      </w:r>
    </w:p>
    <w:p ns2:paraId="28D9EAF3" ns2:textId="77777777" w:rsidR="00FE7D2F" w:rsidRDefault="00000000">
      <w:pPr>
        <w:pStyle w:val="ListBullet"/>
        <w:numPr>
          <w:numId w:val="0"/>
        </w:numPr>
        <w:ind w:left="360" w:hanging="180"/>
      </w:pPr>
      <w:r>
        <w:t xml:space="preserve">  - адрес электронной почты;</w:t>
      </w:r>
    </w:p>
    <w:p ns2:paraId="530FCAEE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>
        <w:t xml:space="preserve">  - резюме: файл, метаданные и сведения об опыте, образовании, навыках, квалификации и другие данные, которые я включил(а);</w:t>
      </w:r>
    </w:p>
    <w:p ns2:paraId="1FE8DFEF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ответы на тесты, прогресс прохождения, рассчитанные показатели, результаты и отчеты;</w:t>
      </w:r>
      <w:r/>
      <w:r w:rsidRPr="00F547A3">
        <w:rPr>
          <w:lang w:val="ru-RU"/>
        </w:rPr>
      </w:r>
    </w:p>
    <w:p ns2:paraId="43E394A3" ns2:textId="77777777" w:rsidR="00FE7D2F" w:rsidRDefault="00000000">
      <w:pPr>
        <w:pStyle w:val="ListBullet"/>
        <w:numPr>
          <w:numId w:val="0"/>
        </w:numPr>
        <w:ind w:left="360" w:hanging="180"/>
      </w:pPr>
      <w:r>
        <w:t xml:space="preserve">  - данные B2B-профиля: организация, корпоративный адрес электронной почты/домен, роль — если я использую Сервис как HR/представитель организации;</w:t>
      </w:r>
    </w:p>
    <w:p ns2:paraId="0CCA0FA1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данные о вакансиях/приглашениях и моем участии в соответствующем сценарии;</w:t>
      </w:r>
    </w:p>
    <w:p ns2:paraId="3EC641DF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внутренние идентификаторы, журналы согласий и необходимые технические данные и данные безопасности.</w:t>
      </w:r>
      <w:r/>
      <w:r w:rsidRPr="00F547A3">
        <w:rPr>
          <w:lang w:val="ru-RU"/>
        </w:rPr>
      </w:r>
      <w:r/>
      <w:r w:rsidRPr="00F547A3">
        <w:rPr>
          <w:lang w:val="ru-RU"/>
        </w:rPr>
      </w:r>
      <w:r/>
      <w:r w:rsidRPr="00F547A3">
        <w:rPr>
          <w:lang w:val="ru-RU"/>
        </w:rPr>
      </w:r>
      <w:r/>
      <w:r w:rsidRPr="00F547A3">
        <w:rPr>
          <w:lang w:val="ru-RU"/>
        </w:rPr>
      </w:r>
    </w:p>
    <w:p ns2:paraId="56D9CC32" ns2:textId="77777777" w:rsidR="00FE7D2F" w:rsidRPr="00F547A3" w:rsidRDefault="00000000">
      <w:pPr>
        <w:pStyle w:val="Heading1"/>
        <w:rPr>
          <w:lang w:val="ru-RU"/>
        </w:rPr>
      </w:pPr>
      <w:r w:rsidRPr="00F547A3">
        <w:rPr>
          <w:lang w:val="ru-RU"/>
        </w:rPr>
        <w:t>3. Действия с данными</w:t>
      </w:r>
    </w:p>
    <w:p ns2:paraId="7C7B7F3D" ns2:textId="77777777" w:rsidR="00FE7D2F" w:rsidRPr="00F547A3" w:rsidRDefault="00000000">
      <w:pPr>
        <w:rPr>
          <w:lang w:val="ru-RU"/>
        </w:rPr>
      </w:pPr>
      <w:r w:rsidRPr="00F547A3">
        <w:rPr>
          <w:lang w:val="ru-RU"/>
        </w:rPr>
        <w:t>Я разрешаю сбор, запись, систематизацию, накопление, хранение, уточнение, извлечение, использование, сопоставление, предоставление конкретным получателям и техническим обработчикам в необходимом для соответствующей функции объеме, обезличивание, блокирование, удаление и уничтожение данных с использованием автоматизированной обработки.</w:t>
      </w:r>
    </w:p>
    <w:p ns2:paraId="28CD48A3" ns2:textId="77777777" w:rsidR="00FE7D2F" w:rsidRPr="00F547A3" w:rsidRDefault="00000000">
      <w:pPr>
        <w:pStyle w:val="Heading1"/>
        <w:rPr>
          <w:lang w:val="ru-RU"/>
        </w:rPr>
      </w:pPr>
      <w:r w:rsidRPr="00F547A3">
        <w:rPr>
          <w:lang w:val="ru-RU"/>
        </w:rPr>
        <w:t xml:space="preserve">4. </w:t>
      </w:r>
      <w:r>
        <w:t>B</w:t>
      </w:r>
      <w:r w:rsidRPr="00F547A3">
        <w:rPr>
          <w:lang w:val="ru-RU"/>
        </w:rPr>
        <w:t>2</w:t>
      </w:r>
      <w:r>
        <w:t>B</w:t>
      </w:r>
      <w:r w:rsidRPr="00F547A3">
        <w:rPr>
          <w:lang w:val="ru-RU"/>
        </w:rPr>
        <w:t xml:space="preserve"> / приглашение</w:t>
      </w:r>
    </w:p>
    <w:p ns2:paraId="66686A42" ns2:textId="77777777" w:rsidR="00FE7D2F" w:rsidRPr="00F547A3" w:rsidRDefault="00000000">
      <w:pPr>
        <w:rPr>
          <w:lang w:val="ru-RU"/>
        </w:rPr>
      </w:pPr>
      <w:r w:rsidRPr="00F547A3">
        <w:rPr>
          <w:lang w:val="ru-RU"/>
        </w:rPr>
        <w:t xml:space="preserve">Если я прохожу оценку по приглашению </w:t>
      </w:r>
      <w:r>
        <w:t>HR</w:t>
      </w:r>
      <w:r w:rsidRPr="00F547A3">
        <w:rPr>
          <w:lang w:val="ru-RU"/>
        </w:rPr>
        <w:t>/организации, интерфейс до начала оценки должен показать соответствующую организацию и категории результатов, которые могут быть ей доступны. Предоставление данных осуществляется в рамках указанного сценария.</w:t>
      </w:r>
    </w:p>
    <w:p ns2:paraId="4EC14609" ns2:textId="77777777" w:rsidR="00FE7D2F" w:rsidRPr="00F547A3" w:rsidRDefault="00000000">
      <w:pPr>
        <w:pStyle w:val="Heading1"/>
        <w:rPr>
          <w:lang w:val="ru-RU"/>
        </w:rPr>
      </w:pPr>
      <w:r w:rsidRPr="00F547A3">
        <w:rPr>
          <w:lang w:val="ru-RU"/>
        </w:rPr>
        <w:t>5. Что не входит в это согласие</w:t>
      </w:r>
    </w:p>
    <w:p ns2:paraId="67A89BDD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публичное распространение моих ПД неопределенному кругу лиц — для него используется отдельное согласие;</w:t>
      </w:r>
    </w:p>
    <w:p ns2:paraId="4A7049E5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рекламная/маркетинговая рассылка, если она отдельно не согласована;</w:t>
      </w:r>
    </w:p>
    <w:p ns2:paraId="50CFC383" ns2:textId="77777777" w:rsidR="00FE7D2F" w:rsidRPr="00F547A3" w:rsidRDefault="00000000">
      <w:pPr>
        <w:pStyle w:val="ListBullet"/>
        <w:rPr>
          <w:lang w:val="ru-RU"/>
        </w:rPr>
        <w:numPr>
          <w:numId w:val="0"/>
        </w:numPr>
        <w:ind w:left="360" w:hanging="180"/>
      </w:pPr>
      <w:r w:rsidRPr="00F547A3">
        <w:rPr>
          <w:lang w:val="ru-RU"/>
        </w:rPr>
        <w:t xml:space="preserve">  - целенаправленная обработка специальных категорий ПД, которые обычный сценарий Сервиса не требует.</w:t>
      </w:r>
    </w:p>
    <w:p ns2:paraId="4D8C52F4" ns2:textId="77777777" w:rsidR="00FE7D2F" w:rsidRPr="00F547A3" w:rsidRDefault="00000000">
      <w:pPr>
        <w:pStyle w:val="Heading1"/>
        <w:rPr>
          <w:lang w:val="ru-RU"/>
        </w:rPr>
      </w:pPr>
      <w:r w:rsidRPr="00F547A3">
        <w:rPr>
          <w:lang w:val="ru-RU"/>
        </w:rPr>
        <w:lastRenderedPageBreak/>
        <w:t>6. Срок и отзыв</w:t>
      </w:r>
    </w:p>
    <w:p ns2:paraId="1B5736BB" ns2:textId="77777777" w:rsidR="00FE7D2F" w:rsidRPr="00F547A3" w:rsidRDefault="00000000">
      <w:pPr>
        <w:rPr>
          <w:lang w:val="ru-RU"/>
        </w:rPr>
      </w:pPr>
      <w:r w:rsidRPr="00F547A3">
        <w:rPr>
          <w:lang w:val="ru-RU"/>
        </w:rPr>
        <w:t>Согласие действует до достижения целей обработки, удаления аккаунта или моего отзыва, если отдельная обработка не может продолжаться на другом законном основании.</w:t>
      </w:r>
    </w:p>
    <w:p ns2:paraId="7BDB6079" ns2:textId="29F33F84" w:rsidR="00FE7D2F" w:rsidRPr="00F547A3" w:rsidRDefault="00000000">
      <w:pPr>
        <w:rPr>
          <w:lang w:val="ru-RU"/>
        </w:rPr>
      </w:pPr>
      <w:r w:rsidRPr="00F547A3">
        <w:rPr>
          <w:lang w:val="ru-RU"/>
        </w:rPr>
        <w:t>Отозвать согласие и запросить удаление можно через доступную функцию либо по адресу corp@hiringscore.ai.</w:t>
      </w:r>
      <w:proofErr w:type="spellStart"/>
      <w:r/>
      <w:proofErr w:type="spellEnd"/>
      <w:r w:rsidRPr="00F547A3">
        <w:rPr>
          <w:lang w:val="ru-RU"/>
        </w:rPr>
      </w:r>
      <w:proofErr w:type="spellStart"/>
      <w:r/>
      <w:proofErr w:type="spellEnd"/>
      <w:r w:rsidRPr="00F547A3">
        <w:rPr>
          <w:lang w:val="ru-RU"/>
        </w:rPr>
      </w:r>
      <w:r/>
    </w:p>
    <w:p ns2:paraId="2A10F92B" ns2:textId="77777777" w:rsidR="00FE7D2F" w:rsidRPr="00F547A3" w:rsidRDefault="00000000">
      <w:pPr>
        <w:pStyle w:val="Heading1"/>
        <w:rPr>
          <w:lang w:val="ru-RU"/>
        </w:rPr>
      </w:pPr>
      <w:r w:rsidRPr="00F547A3">
        <w:rPr>
          <w:lang w:val="ru-RU"/>
        </w:rPr>
        <w:t>7. Подтверждение</w:t>
      </w:r>
    </w:p>
    <w:p ns2:paraId="6833C029" ns2:textId="77777777" w:rsidR="00FE7D2F" w:rsidRPr="00F547A3" w:rsidRDefault="00000000">
      <w:pPr>
        <w:rPr>
          <w:lang w:val="ru-RU"/>
        </w:rPr>
      </w:pPr>
      <w:r w:rsidRPr="00F547A3">
        <w:rPr>
          <w:lang w:val="ru-RU"/>
        </w:rPr>
        <w:t>Я подтверждаю, что мне исполнилось 18 лет; настоящее согласие предоставляется отдельно от Пользовательского соглашения; Сервис вправе сохранить запись о версии согласия, времени, аккаунте/сессии и экране, на котором дано согласие для подтверждения факта его получения.</w:t>
      </w:r>
      <w:r/>
      <w:r w:rsidRPr="00F547A3">
        <w:rPr>
          <w:lang w:val="ru-RU"/>
        </w:rPr>
      </w:r>
      <w:r/>
      <w:r w:rsidRPr="00F547A3">
        <w:rPr>
          <w:lang w:val="ru-RU"/>
        </w:rPr>
      </w:r>
    </w:p>
    <w:sectPr w:rsidR="00FE7D2F" w:rsidRPr="00F547A3" w:rsidSect="00034616">
      <w:footerReference w:type="default" ns3:id="rId8"/>
      <w:pgSz w:w="12240" w:h="15840"/>
      <w:pgMar w:top="1020" w:right="1077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56F3" w14:textId="77777777" w:rsidR="00502B01" w:rsidRDefault="00502B01">
      <w:pPr>
        <w:spacing w:after="0" w:line="240" w:lineRule="auto"/>
      </w:pPr>
      <w:r>
        <w:separator/>
      </w:r>
    </w:p>
  </w:endnote>
  <w:endnote w:type="continuationSeparator" w:id="0">
    <w:p w14:paraId="4428FB92" w14:textId="77777777" w:rsidR="00502B01" w:rsidRDefault="00502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934E" w14:textId="77777777" w:rsidR="00FE7D2F" w:rsidRDefault="00000000">
    <w:pPr>
      <w:pStyle w:val="Footer"/>
      <w:jc w:val="center"/>
    </w:pPr>
    <w:r>
      <w:rPr>
        <w:color w:val="696969"/>
        <w:sz w:val="16"/>
      </w:rPr>
      <w:t>HiringScore.ai | 19.09.2026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FF61B" w14:textId="77777777" w:rsidR="00502B01" w:rsidRDefault="00502B01">
      <w:pPr>
        <w:spacing w:after="0" w:line="240" w:lineRule="auto"/>
      </w:pPr>
      <w:r>
        <w:separator/>
      </w:r>
    </w:p>
  </w:footnote>
  <w:footnote w:type="continuationSeparator" w:id="0">
    <w:p w14:paraId="381BD88F" w14:textId="77777777" w:rsidR="00502B01" w:rsidRDefault="00502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5117188">
    <w:abstractNumId w:val="8"/>
  </w:num>
  <w:num w:numId="2" w16cid:durableId="556863134">
    <w:abstractNumId w:val="6"/>
  </w:num>
  <w:num w:numId="3" w16cid:durableId="1060591814">
    <w:abstractNumId w:val="5"/>
  </w:num>
  <w:num w:numId="4" w16cid:durableId="1433166895">
    <w:abstractNumId w:val="4"/>
  </w:num>
  <w:num w:numId="5" w16cid:durableId="1901090660">
    <w:abstractNumId w:val="7"/>
  </w:num>
  <w:num w:numId="6" w16cid:durableId="404575137">
    <w:abstractNumId w:val="3"/>
  </w:num>
  <w:num w:numId="7" w16cid:durableId="301228658">
    <w:abstractNumId w:val="2"/>
  </w:num>
  <w:num w:numId="8" w16cid:durableId="625896025">
    <w:abstractNumId w:val="1"/>
  </w:num>
  <w:num w:numId="9" w16cid:durableId="960844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2B01"/>
    <w:rsid w:val="00AA1D8D"/>
    <w:rsid w:val="00B47730"/>
    <w:rsid w:val="00CB0664"/>
    <w:rsid w:val="00E67FF0"/>
    <w:rsid w:val="00F547A3"/>
    <w:rsid w:val="00FC693F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0FBF63"/>
  <w14:defaultImageDpi w14:val="300"/>
  <w15:docId w15:val="{B049DFD4-20B2-439E-931D-72A0CFD7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Liberation Sans" w:eastAsia="Liberation Sans" w:hAnsi="Liberation San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Liberation Sans" w:eastAsia="Liberation Sans" w:hAnsi="Liberation Sans"/>
      <w:color w:val="5A5A5A"/>
      <w:sz w:val="17"/>
    </w:rPr>
  </w:style>
  <w:style w:type="character" w:styleId="Hyperlink">
    <w:name w:val="Hyperlink"/>
    <w:basedOn w:val="DefaultParagraphFont"/>
    <w:uiPriority w:val="99"/>
    <w:unhideWhenUsed/>
    <w:rsid w:val="00F547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Badyaeva</cp:lastModifiedBy>
  <cp:revision>2</cp:revision>
  <dcterms:created xsi:type="dcterms:W3CDTF">2026-09-19T08:23:00Z</dcterms:created>
  <dcterms:modified xsi:type="dcterms:W3CDTF">2026-09-19T08:23:00Z</dcterms:modified>
  <cp:category/>
</cp:coreProperties>
</file>